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val="0"/>
          <w:i w:val="0"/>
          <w:color w:val="333333"/>
          <w:sz w:val="20"/>
        </w:rPr>
        <w:t>Max Mustermann · Musterstraße 12 · 10115 Berlin · max.mustermann@email.com · +49 170 1234567</w:t>
      </w:r>
    </w:p>
    <w:p>
      <w:r>
        <w:rPr>
          <w:rFonts w:ascii="Calibri" w:hAnsi="Calibri"/>
          <w:b w:val="0"/>
          <w:i w:val="0"/>
          <w:color w:val="333333"/>
          <w:sz w:val="20"/>
        </w:rPr>
        <w:t>Beispiel GmbH Frau Julia Schneider Personalabteilung Musterweg 5 80331 München</w:t>
      </w:r>
    </w:p>
    <w:p>
      <w:r>
        <w:rPr>
          <w:rFonts w:ascii="Calibri" w:hAnsi="Calibri"/>
          <w:b w:val="0"/>
          <w:i w:val="0"/>
          <w:color w:val="333333"/>
          <w:sz w:val="20"/>
        </w:rPr>
        <w:t>Berlin, 01.10.2026</w:t>
      </w:r>
    </w:p>
    <w:p>
      <w:r>
        <w:rPr>
          <w:rFonts w:ascii="Calibri" w:hAnsi="Calibri"/>
          <w:b w:val="0"/>
          <w:i w:val="0"/>
          <w:color w:val="333333"/>
          <w:sz w:val="20"/>
        </w:rPr>
        <w:t>Bewerbung als Senior Java-Entwickler (m/w/d) – Ihre Anzeige auf StepStone, Kennziffer 2026-114</w:t>
      </w:r>
    </w:p>
    <w:p>
      <w:r>
        <w:rPr>
          <w:rFonts w:ascii="Calibri" w:hAnsi="Calibri"/>
          <w:b w:val="0"/>
          <w:i w:val="0"/>
          <w:color w:val="333333"/>
          <w:sz w:val="20"/>
        </w:rPr>
        <w:t>Sehr geehrte Frau Schneider,</w:t>
      </w:r>
    </w:p>
    <w:p>
      <w:r>
        <w:rPr>
          <w:rFonts w:ascii="Calibri" w:hAnsi="Calibri"/>
          <w:b w:val="0"/>
          <w:i w:val="0"/>
          <w:color w:val="333333"/>
          <w:sz w:val="20"/>
        </w:rPr>
        <w:t>Ihre Stellenanzeige hat mich sofort angesprochen, weil Sie jemanden suchen, der bestehende Java-Systeme in die Cloud bringt – genau daran arbeite ich seit drei Jahren. In meiner aktuellen Position bei Beispiel Technologies betreue ich Microservices für zwei Millionen Nutzer und habe die Antwortzeiten unserer wichtigsten Schnittstelle um 40 Prozent gesenkt.</w:t>
      </w:r>
    </w:p>
    <w:p>
      <w:r>
        <w:rPr>
          <w:rFonts w:ascii="Calibri" w:hAnsi="Calibri"/>
          <w:b w:val="0"/>
          <w:i w:val="0"/>
          <w:color w:val="333333"/>
          <w:sz w:val="20"/>
        </w:rPr>
        <w:t>Neben der Technik liegt mir die Arbeit im Team: Ich leite fachlich vier Entwickler, führe Code-Reviews durch und arbeite neue Kollegen ein. Ihre Beschreibung der agilen Teams in München passt gut zu der Art, wie ich arbeiten möchte.</w:t>
      </w:r>
    </w:p>
    <w:p>
      <w:r>
        <w:rPr>
          <w:rFonts w:ascii="Calibri" w:hAnsi="Calibri"/>
          <w:b w:val="0"/>
          <w:i w:val="0"/>
          <w:color w:val="333333"/>
          <w:sz w:val="20"/>
        </w:rPr>
        <w:t>Mein Abschluss ist in Deutschland anerkannt, meine Deutschkenntnisse liegen auf Niveau B1, und ich lerne weiter. Die Blaue Karte EU ist beantragt; ich kann meine Stelle zum 01.01.2027 antreten. Meine Gehaltsvorstellung liegt bei 68.000 Euro brutto im Jahr.</w:t>
      </w:r>
    </w:p>
    <w:p>
      <w:r>
        <w:rPr>
          <w:rFonts w:ascii="Calibri" w:hAnsi="Calibri"/>
          <w:b w:val="0"/>
          <w:i w:val="0"/>
          <w:color w:val="333333"/>
          <w:sz w:val="20"/>
        </w:rPr>
        <w:t>Über die Einladung zu einem Gespräch freue ich mich sehr.</w:t>
      </w:r>
    </w:p>
    <w:p>
      <w:r>
        <w:rPr>
          <w:rFonts w:ascii="Calibri" w:hAnsi="Calibri"/>
          <w:b w:val="0"/>
          <w:i w:val="0"/>
          <w:color w:val="333333"/>
          <w:sz w:val="20"/>
        </w:rPr>
        <w:t>Mit freundlichen Grüßen</w:t>
      </w:r>
    </w:p>
    <w:p>
      <w:r>
        <w:rPr>
          <w:rFonts w:ascii="Calibri" w:hAnsi="Calibri"/>
          <w:b w:val="0"/>
          <w:i w:val="0"/>
          <w:color w:val="333333"/>
          <w:sz w:val="20"/>
        </w:rPr>
        <w:t>Max Mustermann</w:t>
      </w:r>
    </w:p>
    <w:p>
      <w:r>
        <w:rPr>
          <w:rFonts w:ascii="Calibri" w:hAnsi="Calibri"/>
          <w:b w:val="0"/>
          <w:i w:val="0"/>
          <w:color w:val="333333"/>
          <w:sz w:val="20"/>
        </w:rPr>
        <w:t>Anlagen: Lebenslauf, Abschlusszeugnis mit Anerkennung, Arbeitszeugnisse, Sprachzertifikat</w:t>
      </w:r>
    </w:p>
    <w:p>
      <w:pPr>
        <w:spacing w:before="280" w:after="240"/>
      </w:pPr>
      <w:r>
        <w:rPr>
          <w:rFonts w:ascii="Calibri" w:hAnsi="Calibri"/>
          <w:b/>
          <w:sz w:val="22"/>
        </w:rPr>
      </w:r>
    </w:p>
    <w:sectPr w:rsidR="00FC693F" w:rsidRPr="0006063C" w:rsidSect="00034616">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