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36"/>
        </w:rPr>
        <w:t>Max Mustermann</w:t>
      </w:r>
    </w:p>
    <w:p>
      <w:pPr>
        <w:spacing w:after="160"/>
      </w:pPr>
      <w:r>
        <w:rPr>
          <w:b/>
          <w:color w:val="1F4E79"/>
        </w:rPr>
        <w:t>Senior Java Developer</w:t>
      </w:r>
    </w:p>
    <w:p>
      <w:pPr>
        <w:spacing w:after="20"/>
      </w:pPr>
      <w:r>
        <w:rPr>
          <w:b/>
          <w:sz w:val="19"/>
        </w:rPr>
        <w:t>Address</w:t>
      </w:r>
      <w:r>
        <w:rPr>
          <w:sz w:val="19"/>
        </w:rPr>
        <w:tab/>
        <w:t>Musterstrasse 12, 10115 Berlin, Germany</w:t>
      </w:r>
    </w:p>
    <w:p>
      <w:pPr>
        <w:spacing w:after="20"/>
      </w:pPr>
      <w:r>
        <w:rPr>
          <w:b/>
          <w:sz w:val="19"/>
        </w:rPr>
        <w:t>Phone</w:t>
      </w:r>
      <w:r>
        <w:rPr>
          <w:sz w:val="19"/>
        </w:rPr>
        <w:tab/>
        <w:t>+49 170 1234567</w:t>
      </w:r>
    </w:p>
    <w:p>
      <w:pPr>
        <w:spacing w:after="20"/>
      </w:pPr>
      <w:r>
        <w:rPr>
          <w:b/>
          <w:sz w:val="19"/>
        </w:rPr>
        <w:t>E-mail</w:t>
      </w:r>
      <w:r>
        <w:rPr>
          <w:sz w:val="19"/>
        </w:rPr>
        <w:tab/>
        <w:t>max.mustermann@email.com</w:t>
      </w:r>
    </w:p>
    <w:p>
      <w:pPr>
        <w:spacing w:after="20"/>
      </w:pPr>
      <w:r>
        <w:rPr>
          <w:b/>
          <w:sz w:val="19"/>
        </w:rPr>
        <w:t>LinkedIn</w:t>
      </w:r>
      <w:r>
        <w:rPr>
          <w:sz w:val="19"/>
        </w:rPr>
        <w:tab/>
        <w:t>linkedin.com/in/max-mustermann</w:t>
      </w:r>
    </w:p>
    <w:p>
      <w:pPr>
        <w:spacing w:after="20"/>
      </w:pPr>
      <w:r>
        <w:rPr>
          <w:b/>
          <w:sz w:val="19"/>
        </w:rPr>
        <w:t>Status</w:t>
      </w:r>
      <w:r>
        <w:rPr>
          <w:sz w:val="19"/>
        </w:rPr>
        <w:tab/>
        <w:t>EU Blue Card applied for / Opportunity Card / EU citizen – available from 01/2027</w:t>
      </w:r>
    </w:p>
    <w:p>
      <w:pPr>
        <w:spacing w:before="240" w:after="60"/>
      </w:pPr>
      <w:r>
        <w:rPr>
          <w:b/>
          <w:color w:val="1F4E79"/>
          <w:sz w:val="19"/>
        </w:rPr>
        <w:t>PROFILE (KURZPROFIL)</w:t>
      </w:r>
    </w:p>
    <w:p>
      <w:r>
        <w:t>Senior Java developer with a cloud focus. Six years of experience with Java and AWS, most recently technical lead for a team of four developers. German B1 (Goethe certificate), English fluent.</w:t>
      </w:r>
    </w:p>
    <w:p>
      <w:pPr>
        <w:spacing w:before="240" w:after="60"/>
      </w:pPr>
      <w:r>
        <w:rPr>
          <w:b/>
          <w:color w:val="1F4E79"/>
          <w:sz w:val="19"/>
        </w:rPr>
        <w:t>WORK EXPERIENCE (BERUFSERFAHRUNG)</w:t>
      </w:r>
    </w:p>
    <w:p>
      <w:pPr>
        <w:spacing w:after="0"/>
      </w:pPr>
      <w:r>
        <w:rPr>
          <w:sz w:val="19"/>
        </w:rPr>
        <w:t>03/2022 – today</w:t>
      </w:r>
    </w:p>
    <w:p>
      <w:pPr>
        <w:spacing w:after="20"/>
      </w:pPr>
      <w:r>
        <w:rPr>
          <w:b/>
        </w:rPr>
        <w:t>Senior Software Engineer</w:t>
      </w:r>
    </w:p>
    <w:p>
      <w:pPr>
        <w:spacing w:after="40"/>
      </w:pPr>
      <w:r>
        <w:rPr>
          <w:sz w:val="19"/>
        </w:rPr>
        <w:t>Beispiel Technologies Pvt. Ltd., Bengaluru, India</w:t>
      </w:r>
    </w:p>
    <w:p>
      <w:pPr>
        <w:pStyle w:val="ListBullet"/>
      </w:pPr>
      <w:r>
        <w:t>Built and ran microservices (Java, Spring Boot, AWS) for 2 million users</w:t>
      </w:r>
    </w:p>
    <w:p>
      <w:pPr>
        <w:pStyle w:val="ListBullet"/>
      </w:pPr>
      <w:r>
        <w:t>Technical lead for a team of 4 developers: code reviews, onboarding of new colleagues</w:t>
      </w:r>
    </w:p>
    <w:p>
      <w:pPr>
        <w:pStyle w:val="ListBullet"/>
      </w:pPr>
      <w:r>
        <w:t>Cut response times of the core API by 40 % by rewriting the database queries</w:t>
      </w:r>
    </w:p>
    <w:p>
      <w:pPr>
        <w:spacing w:after="0"/>
      </w:pPr>
      <w:r>
        <w:rPr>
          <w:sz w:val="19"/>
        </w:rPr>
        <w:t>07/2019 – 02/2022</w:t>
      </w:r>
    </w:p>
    <w:p>
      <w:pPr>
        <w:spacing w:after="20"/>
      </w:pPr>
      <w:r>
        <w:rPr>
          <w:b/>
        </w:rPr>
        <w:t>Software Engineer</w:t>
      </w:r>
    </w:p>
    <w:p>
      <w:pPr>
        <w:spacing w:after="40"/>
      </w:pPr>
      <w:r>
        <w:rPr>
          <w:sz w:val="19"/>
        </w:rPr>
        <w:t>Musterfirma Solutions, Pune, India</w:t>
      </w:r>
    </w:p>
    <w:p>
      <w:pPr>
        <w:pStyle w:val="ListBullet"/>
      </w:pPr>
      <w:r>
        <w:t>Built web applications for banks (Java, Angular, PostgreSQL)</w:t>
      </w:r>
    </w:p>
    <w:p>
      <w:pPr>
        <w:pStyle w:val="ListBullet"/>
      </w:pPr>
      <w:r>
        <w:t>Introduced automated tests; halved the error rate in production</w:t>
      </w:r>
    </w:p>
    <w:p>
      <w:pPr>
        <w:spacing w:before="240" w:after="60"/>
      </w:pPr>
      <w:r>
        <w:rPr>
          <w:b/>
          <w:color w:val="1F4E79"/>
          <w:sz w:val="19"/>
        </w:rPr>
        <w:t>EDUCATION (AUSBILDUNG)</w:t>
      </w:r>
    </w:p>
    <w:p>
      <w:pPr>
        <w:spacing w:after="0"/>
      </w:pPr>
      <w:r>
        <w:rPr>
          <w:sz w:val="19"/>
        </w:rPr>
        <w:t>08/2015 – 06/2019</w:t>
      </w:r>
    </w:p>
    <w:p>
      <w:pPr>
        <w:spacing w:after="20"/>
      </w:pPr>
      <w:r>
        <w:rPr>
          <w:b/>
        </w:rPr>
        <w:t>Bachelor of Technology in Computer Science (final grade 8.4/10)</w:t>
      </w:r>
    </w:p>
    <w:p>
      <w:r>
        <w:rPr>
          <w:sz w:val="19"/>
        </w:rPr>
        <w:t>Beispiel University, Chennai, India – recognised in Germany (anabin: H+)</w:t>
      </w:r>
    </w:p>
    <w:p>
      <w:pPr>
        <w:spacing w:before="240" w:after="60"/>
      </w:pPr>
      <w:r>
        <w:rPr>
          <w:b/>
          <w:color w:val="1F4E79"/>
          <w:sz w:val="19"/>
        </w:rPr>
        <w:t>LANGUAGES (SPRACHKENNTNISSE)</w:t>
      </w:r>
    </w:p>
    <w:p>
      <w:pPr>
        <w:pStyle w:val="ListBullet"/>
      </w:pPr>
      <w:r>
        <w:t>English: fluent (C1)</w:t>
      </w:r>
    </w:p>
    <w:p>
      <w:pPr>
        <w:pStyle w:val="ListBullet"/>
      </w:pPr>
      <w:r>
        <w:t>German: good working knowledge (B1, Goethe certificate 2026)</w:t>
      </w:r>
    </w:p>
    <w:p>
      <w:pPr>
        <w:pStyle w:val="ListBullet"/>
      </w:pPr>
      <w:r>
        <w:t>Hindi: native speaker</w:t>
      </w:r>
    </w:p>
    <w:p>
      <w:pPr>
        <w:spacing w:before="240" w:after="60"/>
      </w:pPr>
      <w:r>
        <w:rPr>
          <w:b/>
          <w:color w:val="1F4E79"/>
          <w:sz w:val="19"/>
        </w:rPr>
        <w:t>IT SKILLS (IT-KENNTNISSE)</w:t>
      </w:r>
    </w:p>
    <w:p>
      <w:pPr>
        <w:pStyle w:val="ListBullet"/>
      </w:pPr>
      <w:r>
        <w:t>Programming languages: Java, TypeScript, Python</w:t>
      </w:r>
    </w:p>
    <w:p>
      <w:pPr>
        <w:pStyle w:val="ListBullet"/>
      </w:pPr>
      <w:r>
        <w:t>Frameworks and tools: Spring Boot, Angular, Docker, Kubernetes, Git</w:t>
      </w:r>
    </w:p>
    <w:p>
      <w:pPr>
        <w:pStyle w:val="ListBullet"/>
      </w:pPr>
      <w:r>
        <w:t>Cloud: AWS (Certified Developer – Associate)</w:t>
      </w:r>
    </w:p>
    <w:p>
      <w:pPr>
        <w:spacing w:before="240" w:after="60"/>
      </w:pPr>
      <w:r>
        <w:rPr>
          <w:b/>
          <w:color w:val="1F4E79"/>
          <w:sz w:val="19"/>
        </w:rPr>
        <w:t>OTHER (WEITERES)</w:t>
      </w:r>
    </w:p>
    <w:p>
      <w:pPr>
        <w:pStyle w:val="ListBullet"/>
      </w:pPr>
      <w:r>
        <w:t>Volunteering: programming courses for school students (2020–2023)</w:t>
      </w:r>
    </w:p>
    <w:p>
      <w:pPr>
        <w:pStyle w:val="ListBullet"/>
      </w:pPr>
      <w:r>
        <w:t>Interests: chess, running</w:t>
      </w:r>
    </w:p>
    <w:p>
      <w:pPr>
        <w:spacing w:before="280"/>
      </w:pPr>
      <w:r>
        <w:rPr>
          <w:sz w:val="19"/>
        </w:rPr>
        <w:t>Berlin, 01/10/2026</w:t>
      </w:r>
    </w:p>
    <w:sectPr w:rsidR="00FC693F" w:rsidRPr="0006063C" w:rsidSect="00034616">
      <w:pgSz w:w="12240" w:h="15840"/>
      <w:pgMar w:top="1120" w:right="1200" w:bottom="1120" w:left="12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